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5EB" w:rsidRDefault="005965EB">
      <w:pPr>
        <w:spacing w:before="240" w:after="80"/>
        <w:jc w:val="center"/>
        <w:rPr>
          <w:b/>
          <w:color w:val="1A365D"/>
          <w:sz w:val="26"/>
        </w:rPr>
      </w:pPr>
      <w:r>
        <w:rPr>
          <w:noProof/>
          <w:lang w:val="it-IT" w:eastAsia="it-IT"/>
        </w:rPr>
        <w:drawing>
          <wp:inline distT="0" distB="0" distL="0" distR="0" wp14:anchorId="6AE412D9" wp14:editId="4AB408AA">
            <wp:extent cx="5943600" cy="2294681"/>
            <wp:effectExtent l="0" t="0" r="0" b="0"/>
            <wp:docPr id="4" name="Immagine 4" descr="C:\Users\lavoro\Desktop\carta intestata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lavoro\Desktop\carta intestata 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9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5EB" w:rsidRDefault="005965EB">
      <w:pPr>
        <w:spacing w:before="240" w:after="80"/>
        <w:jc w:val="center"/>
        <w:rPr>
          <w:b/>
          <w:color w:val="1A365D"/>
          <w:sz w:val="26"/>
        </w:rPr>
      </w:pPr>
    </w:p>
    <w:p w:rsidR="00F82335" w:rsidRPr="009B6E16" w:rsidRDefault="00445BAA">
      <w:pPr>
        <w:spacing w:before="240" w:after="80"/>
        <w:jc w:val="center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>PIANO DI LAVORO DELLA FUNZIONE STRUMENTALE AL PTOF</w:t>
      </w:r>
    </w:p>
    <w:p w:rsidR="00F82335" w:rsidRPr="009B6E16" w:rsidRDefault="00445BAA">
      <w:pPr>
        <w:spacing w:after="480"/>
        <w:jc w:val="center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sz w:val="24"/>
          <w:szCs w:val="24"/>
        </w:rPr>
        <w:t>Anno Scolastico 2026/2027</w:t>
      </w:r>
    </w:p>
    <w:p w:rsidR="00F82335" w:rsidRPr="009B6E16" w:rsidRDefault="00445BAA">
      <w:pPr>
        <w:spacing w:before="320" w:after="16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>1. DATI IDENTIFICATIVI DEL DOCENTE INCARICATO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>Cognome e Nome: ____________________________________________________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 xml:space="preserve">Area di 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riferimento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 xml:space="preserve"> (da PTOF):</w:t>
      </w:r>
    </w:p>
    <w:p w:rsidR="00F370CF" w:rsidRPr="009B6E16" w:rsidRDefault="00F370CF" w:rsidP="00F370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E16">
        <w:rPr>
          <w:rFonts w:ascii="Times New Roman" w:hAnsi="Times New Roman" w:cs="Times New Roman"/>
          <w:b/>
          <w:sz w:val="24"/>
          <w:szCs w:val="24"/>
        </w:rPr>
        <w:t>Area 1 “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Gestione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del piano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dell'offerta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formativa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sostegno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al lavoro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docente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”  </w:t>
      </w:r>
    </w:p>
    <w:p w:rsidR="00F370CF" w:rsidRPr="009B6E16" w:rsidRDefault="00F370CF" w:rsidP="00F370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E16">
        <w:rPr>
          <w:rFonts w:ascii="Times New Roman" w:hAnsi="Times New Roman" w:cs="Times New Roman"/>
          <w:b/>
          <w:sz w:val="24"/>
          <w:szCs w:val="24"/>
        </w:rPr>
        <w:t xml:space="preserve">Area </w:t>
      </w:r>
      <w:proofErr w:type="gramStart"/>
      <w:r w:rsidRPr="009B6E16">
        <w:rPr>
          <w:rFonts w:ascii="Times New Roman" w:hAnsi="Times New Roman" w:cs="Times New Roman"/>
          <w:b/>
          <w:sz w:val="24"/>
          <w:szCs w:val="24"/>
        </w:rPr>
        <w:t>2  “</w:t>
      </w:r>
      <w:proofErr w:type="spellStart"/>
      <w:proofErr w:type="gramEnd"/>
      <w:r w:rsidRPr="009B6E16">
        <w:rPr>
          <w:rFonts w:ascii="Times New Roman" w:hAnsi="Times New Roman" w:cs="Times New Roman"/>
          <w:b/>
          <w:sz w:val="24"/>
          <w:szCs w:val="24"/>
        </w:rPr>
        <w:t>Inclusione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” </w:t>
      </w:r>
    </w:p>
    <w:p w:rsidR="00F370CF" w:rsidRPr="009B6E16" w:rsidRDefault="00F370CF" w:rsidP="00F370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E16">
        <w:rPr>
          <w:rFonts w:ascii="Times New Roman" w:hAnsi="Times New Roman" w:cs="Times New Roman"/>
          <w:b/>
          <w:sz w:val="24"/>
          <w:szCs w:val="24"/>
        </w:rPr>
        <w:t>Area 3 “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Rapporti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con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enti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esterni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cura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degli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eventi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visite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guidate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progetti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”: </w:t>
      </w:r>
    </w:p>
    <w:p w:rsidR="00F370CF" w:rsidRPr="009B6E16" w:rsidRDefault="00F370CF" w:rsidP="00F370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E16">
        <w:rPr>
          <w:rFonts w:ascii="Times New Roman" w:hAnsi="Times New Roman" w:cs="Times New Roman"/>
          <w:b/>
          <w:sz w:val="24"/>
          <w:szCs w:val="24"/>
        </w:rPr>
        <w:t>Area 4: “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Coordinamento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progetti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Pon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Pnrr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, POR,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progetti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concorsi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nazionali</w:t>
      </w:r>
      <w:proofErr w:type="spellEnd"/>
    </w:p>
    <w:p w:rsidR="00F370CF" w:rsidRPr="009B6E16" w:rsidRDefault="00F370CF" w:rsidP="00F370CF">
      <w:pPr>
        <w:jc w:val="both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sz w:val="24"/>
          <w:szCs w:val="24"/>
        </w:rPr>
        <w:t>Area 5: “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Gestione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coordinamento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registro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elettronico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B6E16">
        <w:rPr>
          <w:rFonts w:ascii="Times New Roman" w:hAnsi="Times New Roman" w:cs="Times New Roman"/>
          <w:b/>
          <w:sz w:val="24"/>
          <w:szCs w:val="24"/>
        </w:rPr>
        <w:t>sito</w:t>
      </w:r>
      <w:proofErr w:type="spellEnd"/>
      <w:r w:rsidRPr="009B6E16">
        <w:rPr>
          <w:rFonts w:ascii="Times New Roman" w:hAnsi="Times New Roman" w:cs="Times New Roman"/>
          <w:b/>
          <w:sz w:val="24"/>
          <w:szCs w:val="24"/>
        </w:rPr>
        <w:t xml:space="preserve"> web e social”</w:t>
      </w:r>
    </w:p>
    <w:p w:rsidR="00F82335" w:rsidRPr="009B6E16" w:rsidRDefault="00445BAA">
      <w:pPr>
        <w:spacing w:before="80"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9B6E16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scuola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 xml:space="preserve"> di servizio</w:t>
      </w:r>
      <w:proofErr w:type="gramStart"/>
      <w:r w:rsidRPr="009B6E16">
        <w:rPr>
          <w:rFonts w:ascii="Times New Roman" w:hAnsi="Times New Roman" w:cs="Times New Roman"/>
          <w:sz w:val="24"/>
          <w:szCs w:val="24"/>
        </w:rPr>
        <w:t>:  [</w:t>
      </w:r>
      <w:proofErr w:type="gramEnd"/>
      <w:r w:rsidRPr="009B6E16">
        <w:rPr>
          <w:rFonts w:ascii="Times New Roman" w:hAnsi="Times New Roman" w:cs="Times New Roman"/>
          <w:sz w:val="24"/>
          <w:szCs w:val="24"/>
        </w:rPr>
        <w:t xml:space="preserve">  ] Infanzia   |   [  ] Primaria   |   [  ] Secondaria I grad</w:t>
      </w:r>
      <w:r w:rsidR="005965EB" w:rsidRPr="009B6E16">
        <w:rPr>
          <w:rFonts w:ascii="Times New Roman" w:hAnsi="Times New Roman" w:cs="Times New Roman"/>
          <w:sz w:val="24"/>
          <w:szCs w:val="24"/>
        </w:rPr>
        <w:t xml:space="preserve">o   </w:t>
      </w:r>
    </w:p>
    <w:p w:rsidR="00F82335" w:rsidRPr="009B6E16" w:rsidRDefault="00445BAA">
      <w:pPr>
        <w:spacing w:before="320" w:after="16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>2. ANALISI DEL CONTESTO E MOTIVAZIONE DELL'INTERVENTO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Descrivere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brevemente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bisog</w:t>
      </w:r>
      <w:r w:rsidR="005965EB" w:rsidRPr="009B6E1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5965EB" w:rsidRPr="009B6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EB" w:rsidRPr="009B6E16">
        <w:rPr>
          <w:rFonts w:ascii="Times New Roman" w:hAnsi="Times New Roman" w:cs="Times New Roman"/>
          <w:sz w:val="24"/>
          <w:szCs w:val="24"/>
        </w:rPr>
        <w:t>emersi</w:t>
      </w:r>
      <w:proofErr w:type="spellEnd"/>
      <w:r w:rsidR="005965EB" w:rsidRPr="009B6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EB" w:rsidRPr="009B6E16">
        <w:rPr>
          <w:rFonts w:ascii="Times New Roman" w:hAnsi="Times New Roman" w:cs="Times New Roman"/>
          <w:sz w:val="24"/>
          <w:szCs w:val="24"/>
        </w:rPr>
        <w:t>dall'analisi</w:t>
      </w:r>
      <w:proofErr w:type="spellEnd"/>
      <w:r w:rsidR="005965EB" w:rsidRPr="009B6E16">
        <w:rPr>
          <w:rFonts w:ascii="Times New Roman" w:hAnsi="Times New Roman" w:cs="Times New Roman"/>
          <w:sz w:val="24"/>
          <w:szCs w:val="24"/>
        </w:rPr>
        <w:t xml:space="preserve"> del RAV, del </w:t>
      </w:r>
      <w:proofErr w:type="gramStart"/>
      <w:r w:rsidR="005965EB" w:rsidRPr="009B6E16">
        <w:rPr>
          <w:rFonts w:ascii="Times New Roman" w:hAnsi="Times New Roman" w:cs="Times New Roman"/>
          <w:sz w:val="24"/>
          <w:szCs w:val="24"/>
        </w:rPr>
        <w:t>PDM  e</w:t>
      </w:r>
      <w:proofErr w:type="gramEnd"/>
      <w:r w:rsidR="005965EB" w:rsidRPr="009B6E16">
        <w:rPr>
          <w:rFonts w:ascii="Times New Roman" w:hAnsi="Times New Roman" w:cs="Times New Roman"/>
          <w:sz w:val="24"/>
          <w:szCs w:val="24"/>
        </w:rPr>
        <w:t xml:space="preserve"> </w:t>
      </w:r>
      <w:r w:rsidRPr="009B6E16">
        <w:rPr>
          <w:rFonts w:ascii="Times New Roman" w:hAnsi="Times New Roman" w:cs="Times New Roman"/>
          <w:sz w:val="24"/>
          <w:szCs w:val="24"/>
        </w:rPr>
        <w:t xml:space="preserve">del PTOF per 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l'anno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B6E16">
        <w:rPr>
          <w:rFonts w:ascii="Times New Roman" w:hAnsi="Times New Roman" w:cs="Times New Roman"/>
          <w:sz w:val="24"/>
          <w:szCs w:val="24"/>
        </w:rPr>
        <w:t>corso</w:t>
      </w:r>
      <w:proofErr w:type="spellEnd"/>
      <w:r w:rsidRPr="009B6E16">
        <w:rPr>
          <w:rFonts w:ascii="Times New Roman" w:hAnsi="Times New Roman" w:cs="Times New Roman"/>
          <w:sz w:val="24"/>
          <w:szCs w:val="24"/>
        </w:rPr>
        <w:t>)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</w:t>
      </w:r>
      <w:r w:rsidRPr="009B6E16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</w:t>
      </w:r>
    </w:p>
    <w:p w:rsidR="00F82335" w:rsidRPr="009B6E16" w:rsidRDefault="005965EB">
      <w:pPr>
        <w:spacing w:before="320" w:after="16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lastRenderedPageBreak/>
        <w:t xml:space="preserve">3.  OBIETTIVI </w:t>
      </w:r>
      <w:proofErr w:type="gramStart"/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E </w:t>
      </w:r>
      <w:r w:rsidR="00445BAA" w:rsidRPr="009B6E16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AZIONI</w:t>
      </w:r>
      <w:proofErr w:type="gramEnd"/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OPERATIVE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82335" w:rsidRPr="009B6E16">
        <w:tc>
          <w:tcPr>
            <w:tcW w:w="3120" w:type="dxa"/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Obiettivi Specifici</w:t>
            </w:r>
          </w:p>
        </w:tc>
        <w:tc>
          <w:tcPr>
            <w:tcW w:w="3120" w:type="dxa"/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Azioni Pratiche / Fasi di Lavoro</w:t>
            </w:r>
          </w:p>
        </w:tc>
        <w:tc>
          <w:tcPr>
            <w:tcW w:w="3120" w:type="dxa"/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Risultati Attesi (Target)</w:t>
            </w:r>
          </w:p>
        </w:tc>
      </w:tr>
      <w:tr w:rsidR="00F82335" w:rsidRPr="009B6E16"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</w:p>
        </w:tc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F82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35" w:rsidRPr="009B6E16"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</w:p>
        </w:tc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F82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35" w:rsidRPr="009B6E16"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</w:p>
        </w:tc>
        <w:tc>
          <w:tcPr>
            <w:tcW w:w="31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82335" w:rsidRPr="009B6E16" w:rsidRDefault="00F82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2335" w:rsidRPr="009B6E16" w:rsidRDefault="00F82335">
      <w:pPr>
        <w:rPr>
          <w:rFonts w:ascii="Times New Roman" w:hAnsi="Times New Roman" w:cs="Times New Roman"/>
          <w:sz w:val="24"/>
          <w:szCs w:val="24"/>
        </w:rPr>
      </w:pPr>
    </w:p>
    <w:p w:rsidR="00F82335" w:rsidRPr="009B6E16" w:rsidRDefault="00445BAA">
      <w:pPr>
        <w:spacing w:before="320" w:after="16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>4. CRONOPROGRAM</w:t>
      </w:r>
      <w:r w:rsidR="005965EB" w:rsidRPr="009B6E16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MA DELLE ATTIVITÀ </w:t>
      </w:r>
    </w:p>
    <w:p w:rsidR="00F82335" w:rsidRPr="009B6E16" w:rsidRDefault="00445BAA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>(Indicare brevemente le principali attività previste per ciascun periodo dell'anno scolastico)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82335" w:rsidRPr="009B6E16">
        <w:tc>
          <w:tcPr>
            <w:tcW w:w="4680" w:type="dxa"/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Periodo</w:t>
            </w:r>
          </w:p>
        </w:tc>
        <w:tc>
          <w:tcPr>
            <w:tcW w:w="4680" w:type="dxa"/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Attività / Interventi previsti</w:t>
            </w:r>
          </w:p>
        </w:tc>
      </w:tr>
      <w:tr w:rsidR="00F82335" w:rsidRPr="009B6E16"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t>Settembre - Ottobre</w:t>
            </w: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(Fase iniziale)</w:t>
            </w:r>
          </w:p>
        </w:tc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F82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35" w:rsidRPr="009B6E16"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t>Novembre - Gennaio</w:t>
            </w: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(Fase centrale - 1° trim.)</w:t>
            </w:r>
          </w:p>
        </w:tc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F82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35" w:rsidRPr="009B6E16"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t>Febbraio - Aprile</w:t>
            </w: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(Fase centrale - 2° pent.)</w:t>
            </w:r>
          </w:p>
        </w:tc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F82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35" w:rsidRPr="009B6E16"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445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t>Maggio - Giugno</w:t>
            </w:r>
            <w:r w:rsidRPr="009B6E1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(Fase finale e verifica)</w:t>
            </w:r>
          </w:p>
        </w:tc>
        <w:tc>
          <w:tcPr>
            <w:tcW w:w="4680" w:type="dxa"/>
            <w:tcMar>
              <w:top w:w="160" w:type="dxa"/>
              <w:left w:w="150" w:type="dxa"/>
              <w:bottom w:w="160" w:type="dxa"/>
              <w:right w:w="150" w:type="dxa"/>
            </w:tcMar>
          </w:tcPr>
          <w:p w:rsidR="00F82335" w:rsidRPr="009B6E16" w:rsidRDefault="00F82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2335" w:rsidRPr="009B6E16" w:rsidRDefault="00F82335">
      <w:pPr>
        <w:rPr>
          <w:rFonts w:ascii="Times New Roman" w:hAnsi="Times New Roman" w:cs="Times New Roman"/>
          <w:sz w:val="24"/>
          <w:szCs w:val="24"/>
        </w:rPr>
      </w:pPr>
    </w:p>
    <w:p w:rsidR="00F82335" w:rsidRPr="009B6E16" w:rsidRDefault="00445BAA">
      <w:pPr>
        <w:spacing w:before="320" w:after="16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>5. RETE DI COLLABORAZIONE E INTERAZIONE (Risorse Umane)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>Interazione interna</w:t>
      </w:r>
      <w:proofErr w:type="gramStart"/>
      <w:r w:rsidRPr="009B6E16">
        <w:rPr>
          <w:rFonts w:ascii="Times New Roman" w:hAnsi="Times New Roman" w:cs="Times New Roman"/>
          <w:sz w:val="24"/>
          <w:szCs w:val="24"/>
        </w:rPr>
        <w:t>:  [</w:t>
      </w:r>
      <w:proofErr w:type="gramEnd"/>
      <w:r w:rsidRPr="009B6E16">
        <w:rPr>
          <w:rFonts w:ascii="Times New Roman" w:hAnsi="Times New Roman" w:cs="Times New Roman"/>
          <w:sz w:val="24"/>
          <w:szCs w:val="24"/>
        </w:rPr>
        <w:t xml:space="preserve">  ] Dirigente  [  ] Staff  [  ] Segreteria/DSGA  [  ] Altre FF.SS.  </w:t>
      </w:r>
      <w:proofErr w:type="gramStart"/>
      <w:r w:rsidRPr="009B6E16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9B6E16">
        <w:rPr>
          <w:rFonts w:ascii="Times New Roman" w:hAnsi="Times New Roman" w:cs="Times New Roman"/>
          <w:sz w:val="24"/>
          <w:szCs w:val="24"/>
        </w:rPr>
        <w:t xml:space="preserve"> Team/Commissione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lastRenderedPageBreak/>
        <w:t xml:space="preserve">Interazione esterna: </w:t>
      </w:r>
      <w:proofErr w:type="gramStart"/>
      <w:r w:rsidRPr="009B6E16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9B6E16">
        <w:rPr>
          <w:rFonts w:ascii="Times New Roman" w:hAnsi="Times New Roman" w:cs="Times New Roman"/>
          <w:sz w:val="24"/>
          <w:szCs w:val="24"/>
        </w:rPr>
        <w:t xml:space="preserve"> Famiglie  [  ] Enti Locali/Comuni  [  ] ASL/Specialisti  [  ] Reti di Scuole</w:t>
      </w:r>
    </w:p>
    <w:p w:rsidR="00F82335" w:rsidRPr="009B6E16" w:rsidRDefault="00C961EE">
      <w:pPr>
        <w:spacing w:before="320" w:after="16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color w:val="1A365D"/>
          <w:sz w:val="24"/>
          <w:szCs w:val="24"/>
        </w:rPr>
        <w:t>6</w:t>
      </w:r>
      <w:r w:rsidR="00445BAA" w:rsidRPr="009B6E16">
        <w:rPr>
          <w:rFonts w:ascii="Times New Roman" w:hAnsi="Times New Roman" w:cs="Times New Roman"/>
          <w:b/>
          <w:color w:val="1A365D"/>
          <w:sz w:val="24"/>
          <w:szCs w:val="24"/>
        </w:rPr>
        <w:t>. PREVISIONE IMPEGNO ORARIO EXTRA-INSEGNAMENTO (FIS / MOF)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>• Ore stimate per attività collegiali, riunioni e lavoro in commissione: ______ ore</w:t>
      </w:r>
    </w:p>
    <w:p w:rsidR="00F82335" w:rsidRPr="009B6E16" w:rsidRDefault="00445BA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sz w:val="24"/>
          <w:szCs w:val="24"/>
        </w:rPr>
        <w:t>• Ore stimate per lavoro individuale (organizzativo, monitoraggio, report): ______ ore</w:t>
      </w:r>
    </w:p>
    <w:p w:rsidR="00F82335" w:rsidRPr="009B6E16" w:rsidRDefault="00445BAA">
      <w:pPr>
        <w:spacing w:before="80" w:after="12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b/>
          <w:sz w:val="24"/>
          <w:szCs w:val="24"/>
        </w:rPr>
        <w:t>Totale ore preventive ipotizzate: ______ ore</w:t>
      </w:r>
    </w:p>
    <w:p w:rsidR="00F82335" w:rsidRPr="009B6E16" w:rsidRDefault="00F82335">
      <w:pPr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F82335" w:rsidRPr="009B6E16" w:rsidRDefault="00445BAA">
      <w:pPr>
        <w:spacing w:before="240" w:after="480"/>
        <w:rPr>
          <w:rFonts w:ascii="Times New Roman" w:hAnsi="Times New Roman" w:cs="Times New Roman"/>
          <w:sz w:val="24"/>
          <w:szCs w:val="24"/>
        </w:rPr>
      </w:pPr>
      <w:r w:rsidRPr="009B6E16">
        <w:rPr>
          <w:rFonts w:ascii="Times New Roman" w:hAnsi="Times New Roman" w:cs="Times New Roman"/>
          <w:i/>
          <w:sz w:val="24"/>
          <w:szCs w:val="24"/>
        </w:rPr>
        <w:t xml:space="preserve">Il sottoscritto si impegna a </w:t>
      </w:r>
      <w:proofErr w:type="spellStart"/>
      <w:r w:rsidRPr="009B6E16">
        <w:rPr>
          <w:rFonts w:ascii="Times New Roman" w:hAnsi="Times New Roman" w:cs="Times New Roman"/>
          <w:i/>
          <w:sz w:val="24"/>
          <w:szCs w:val="24"/>
        </w:rPr>
        <w:t>pres</w:t>
      </w:r>
      <w:r w:rsidR="001F5AD2" w:rsidRPr="009B6E16">
        <w:rPr>
          <w:rFonts w:ascii="Times New Roman" w:hAnsi="Times New Roman" w:cs="Times New Roman"/>
          <w:i/>
          <w:sz w:val="24"/>
          <w:szCs w:val="24"/>
        </w:rPr>
        <w:t>entare</w:t>
      </w:r>
      <w:proofErr w:type="spellEnd"/>
      <w:r w:rsidR="001F5AD2" w:rsidRPr="009B6E16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="001F5AD2" w:rsidRPr="009B6E16">
        <w:rPr>
          <w:rFonts w:ascii="Times New Roman" w:hAnsi="Times New Roman" w:cs="Times New Roman"/>
          <w:i/>
          <w:sz w:val="24"/>
          <w:szCs w:val="24"/>
        </w:rPr>
        <w:t>relazione</w:t>
      </w:r>
      <w:proofErr w:type="spellEnd"/>
      <w:r w:rsidR="001F5AD2" w:rsidRPr="009B6E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1F5AD2" w:rsidRPr="009B6E16">
        <w:rPr>
          <w:rFonts w:ascii="Times New Roman" w:hAnsi="Times New Roman" w:cs="Times New Roman"/>
          <w:i/>
          <w:sz w:val="24"/>
          <w:szCs w:val="24"/>
        </w:rPr>
        <w:t>consuntiva</w:t>
      </w:r>
      <w:proofErr w:type="spellEnd"/>
      <w:r w:rsidR="001F5AD2" w:rsidRPr="009B6E16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9B6E16">
        <w:rPr>
          <w:rFonts w:ascii="Times New Roman" w:hAnsi="Times New Roman" w:cs="Times New Roman"/>
          <w:i/>
          <w:sz w:val="24"/>
          <w:szCs w:val="24"/>
        </w:rPr>
        <w:t>nei</w:t>
      </w:r>
      <w:proofErr w:type="spellEnd"/>
      <w:proofErr w:type="gramEnd"/>
      <w:r w:rsidRPr="009B6E16">
        <w:rPr>
          <w:rFonts w:ascii="Times New Roman" w:hAnsi="Times New Roman" w:cs="Times New Roman"/>
          <w:i/>
          <w:sz w:val="24"/>
          <w:szCs w:val="24"/>
        </w:rPr>
        <w:t xml:space="preserve"> termini </w:t>
      </w:r>
      <w:r w:rsidR="001F5AD2" w:rsidRPr="009B6E16">
        <w:rPr>
          <w:rFonts w:ascii="Times New Roman" w:hAnsi="Times New Roman" w:cs="Times New Roman"/>
          <w:i/>
          <w:sz w:val="24"/>
          <w:szCs w:val="24"/>
        </w:rPr>
        <w:t xml:space="preserve">stability per </w:t>
      </w:r>
      <w:proofErr w:type="spellStart"/>
      <w:r w:rsidR="001F5AD2" w:rsidRPr="009B6E16">
        <w:rPr>
          <w:rFonts w:ascii="Times New Roman" w:hAnsi="Times New Roman" w:cs="Times New Roman"/>
          <w:i/>
          <w:sz w:val="24"/>
          <w:szCs w:val="24"/>
        </w:rPr>
        <w:t>l’approvazione</w:t>
      </w:r>
      <w:proofErr w:type="spellEnd"/>
      <w:r w:rsidR="001F5AD2" w:rsidRPr="009B6E16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="001F5AD2" w:rsidRPr="009B6E16">
        <w:rPr>
          <w:rFonts w:ascii="Times New Roman" w:hAnsi="Times New Roman" w:cs="Times New Roman"/>
          <w:i/>
          <w:sz w:val="24"/>
          <w:szCs w:val="24"/>
        </w:rPr>
        <w:t>Collegio</w:t>
      </w:r>
      <w:proofErr w:type="spellEnd"/>
      <w:r w:rsidR="001F5AD2" w:rsidRPr="009B6E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5AD2" w:rsidRPr="009B6E16">
        <w:rPr>
          <w:rFonts w:ascii="Times New Roman" w:hAnsi="Times New Roman" w:cs="Times New Roman"/>
          <w:i/>
          <w:sz w:val="24"/>
          <w:szCs w:val="24"/>
        </w:rPr>
        <w:t>dei</w:t>
      </w:r>
      <w:proofErr w:type="spellEnd"/>
      <w:r w:rsidR="001F5AD2" w:rsidRPr="009B6E16">
        <w:rPr>
          <w:rFonts w:ascii="Times New Roman" w:hAnsi="Times New Roman" w:cs="Times New Roman"/>
          <w:i/>
          <w:sz w:val="24"/>
          <w:szCs w:val="24"/>
        </w:rPr>
        <w:t xml:space="preserve"> docenti</w:t>
      </w:r>
      <w:r w:rsidRPr="009B6E16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82335" w:rsidRPr="009B6E16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82335" w:rsidRPr="009B6E16" w:rsidRDefault="00445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</w:t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  <w:t>Firma del Docente F.S.</w:t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F82335" w:rsidRPr="009B6E16" w:rsidRDefault="00445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  <w:t>Visto, si autorizza il Piano di Lavoro</w:t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  <w:t>Il Dirigente Scolastico</w:t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E1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</w:t>
            </w:r>
          </w:p>
        </w:tc>
      </w:tr>
    </w:tbl>
    <w:p w:rsidR="00445BAA" w:rsidRPr="009B6E16" w:rsidRDefault="00445BAA">
      <w:pPr>
        <w:rPr>
          <w:sz w:val="24"/>
          <w:szCs w:val="24"/>
        </w:rPr>
      </w:pPr>
    </w:p>
    <w:sectPr w:rsidR="00445BAA" w:rsidRPr="009B6E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2037"/>
    <w:rsid w:val="0015074B"/>
    <w:rsid w:val="001F5AD2"/>
    <w:rsid w:val="0029639D"/>
    <w:rsid w:val="00326F90"/>
    <w:rsid w:val="00445BAA"/>
    <w:rsid w:val="005965EB"/>
    <w:rsid w:val="009B6E16"/>
    <w:rsid w:val="00AA1D8D"/>
    <w:rsid w:val="00B47730"/>
    <w:rsid w:val="00C961EE"/>
    <w:rsid w:val="00CB0664"/>
    <w:rsid w:val="00F370CF"/>
    <w:rsid w:val="00F82335"/>
    <w:rsid w:val="00FA76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C7BE6A5-A427-4C0B-901A-8632A9B4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79488F-6AB7-420F-A6F2-8A5FC3069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tiziana cerbino</cp:lastModifiedBy>
  <cp:revision>25</cp:revision>
  <dcterms:created xsi:type="dcterms:W3CDTF">2026-11-03T10:17:00Z</dcterms:created>
  <dcterms:modified xsi:type="dcterms:W3CDTF">2026-11-04T08:57:00Z</dcterms:modified>
  <cp:category/>
</cp:coreProperties>
</file>